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14D9" w:rsidRDefault="00000000">
      <w:pPr>
        <w:jc w:val="center"/>
      </w:pPr>
      <w:r>
        <w:rPr>
          <w:b/>
          <w:color w:val="1F4E79"/>
          <w:sz w:val="36"/>
        </w:rPr>
        <w:t>State Professional Counselor Licensing Boards Directory</w:t>
      </w:r>
    </w:p>
    <w:p w:rsidR="00EC14D9" w:rsidRDefault="00000000">
      <w:pPr>
        <w:jc w:val="center"/>
      </w:pPr>
      <w:r>
        <w:rPr>
          <w:i/>
          <w:sz w:val="21"/>
        </w:rPr>
        <w:t>A quick-reference resource for emerging clinical mental health counselors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EC14D9">
        <w:trPr>
          <w:jc w:val="center"/>
        </w:trPr>
        <w:tc>
          <w:tcPr>
            <w:tcW w:w="10368" w:type="dxa"/>
            <w:shd w:val="clear" w:color="auto" w:fill="EAF2F8"/>
            <w:vAlign w:val="center"/>
          </w:tcPr>
          <w:p w:rsidR="00EC14D9" w:rsidRDefault="00000000">
            <w:pPr>
              <w:spacing w:after="0"/>
            </w:pPr>
            <w:r>
              <w:rPr>
                <w:sz w:val="18"/>
              </w:rPr>
              <w:t>Important: Licensing requirements, agency names, and web addresses can change. Use this directory as a starting point and always verify current requirements directly with the applicable state licensing authority before making licensure, supervision, examination, or employment decisions.</w:t>
            </w:r>
          </w:p>
        </w:tc>
      </w:tr>
    </w:tbl>
    <w:p w:rsidR="00EC14D9" w:rsidRDefault="00EC14D9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77"/>
        <w:gridCol w:w="6555"/>
        <w:gridCol w:w="2026"/>
      </w:tblGrid>
      <w:tr w:rsidR="00EC14D9">
        <w:trPr>
          <w:tblHeader/>
          <w:jc w:val="center"/>
        </w:trPr>
        <w:tc>
          <w:tcPr>
            <w:tcW w:w="1800" w:type="dxa"/>
            <w:shd w:val="clear" w:color="auto" w:fill="1F4E78"/>
          </w:tcPr>
          <w:p w:rsidR="00EC14D9" w:rsidRDefault="00000000">
            <w:r>
              <w:rPr>
                <w:b/>
                <w:color w:val="FFFFFF"/>
                <w:sz w:val="18"/>
              </w:rPr>
              <w:t>State / Jurisdiction</w:t>
            </w:r>
          </w:p>
        </w:tc>
        <w:tc>
          <w:tcPr>
            <w:tcW w:w="6840" w:type="dxa"/>
            <w:shd w:val="clear" w:color="auto" w:fill="1F4E78"/>
          </w:tcPr>
          <w:p w:rsidR="00EC14D9" w:rsidRDefault="00000000">
            <w:r>
              <w:rPr>
                <w:b/>
                <w:color w:val="FFFFFF"/>
                <w:sz w:val="18"/>
              </w:rPr>
              <w:t>Licensing Board / Agency</w:t>
            </w:r>
          </w:p>
        </w:tc>
        <w:tc>
          <w:tcPr>
            <w:tcW w:w="2088" w:type="dxa"/>
            <w:shd w:val="clear" w:color="auto" w:fill="1F4E78"/>
          </w:tcPr>
          <w:p w:rsidR="00EC14D9" w:rsidRDefault="00000000">
            <w:r>
              <w:rPr>
                <w:b/>
                <w:color w:val="FFFFFF"/>
                <w:sz w:val="18"/>
              </w:rPr>
              <w:t>Official Website</w:t>
            </w:r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Alabama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Alabama Board of Examiners in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8">
              <w:r>
                <w:rPr>
                  <w:color w:val="0563C1"/>
                  <w:u w:val="single"/>
                </w:rPr>
                <w:t>Visit offi</w:t>
              </w:r>
              <w:r>
                <w:rPr>
                  <w:color w:val="0563C1"/>
                  <w:u w:val="single"/>
                </w:rPr>
                <w:t>c</w:t>
              </w:r>
              <w:r>
                <w:rPr>
                  <w:color w:val="0563C1"/>
                  <w:u w:val="single"/>
                </w:rPr>
                <w:t>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Alaska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Alaska Board of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9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Arizona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Arizona Board of Behavioral Health Examiners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0">
              <w:r>
                <w:rPr>
                  <w:color w:val="0563C1"/>
                  <w:u w:val="single"/>
                </w:rPr>
                <w:t>Visit offici</w:t>
              </w:r>
              <w:r>
                <w:rPr>
                  <w:color w:val="0563C1"/>
                  <w:u w:val="single"/>
                </w:rPr>
                <w:t>a</w:t>
              </w:r>
              <w:r>
                <w:rPr>
                  <w:color w:val="0563C1"/>
                  <w:u w:val="single"/>
                </w:rPr>
                <w:t>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Arkansas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Arkansas State Board of Examiners in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1">
              <w:r>
                <w:rPr>
                  <w:color w:val="0563C1"/>
                  <w:u w:val="single"/>
                </w:rPr>
                <w:t>Vis</w:t>
              </w:r>
              <w:r>
                <w:rPr>
                  <w:color w:val="0563C1"/>
                  <w:u w:val="single"/>
                </w:rPr>
                <w:t>i</w:t>
              </w:r>
              <w:r>
                <w:rPr>
                  <w:color w:val="0563C1"/>
                  <w:u w:val="single"/>
                </w:rPr>
                <w:t>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California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California Board of Behavioral Sciences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2">
              <w:r>
                <w:rPr>
                  <w:color w:val="0563C1"/>
                  <w:u w:val="single"/>
                </w:rPr>
                <w:t>Vis</w:t>
              </w:r>
              <w:r>
                <w:rPr>
                  <w:color w:val="0563C1"/>
                  <w:u w:val="single"/>
                </w:rPr>
                <w:t>i</w:t>
              </w:r>
              <w:r>
                <w:rPr>
                  <w:color w:val="0563C1"/>
                  <w:u w:val="single"/>
                </w:rPr>
                <w:t xml:space="preserve">t official </w:t>
              </w:r>
              <w:r>
                <w:rPr>
                  <w:color w:val="0563C1"/>
                  <w:u w:val="single"/>
                </w:rPr>
                <w:t>w</w:t>
              </w:r>
              <w:r>
                <w:rPr>
                  <w:color w:val="0563C1"/>
                  <w:u w:val="single"/>
                </w:rPr>
                <w:t>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Colorado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Colorado State Board of Licensed Professional Counselor Examiners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3">
              <w:r>
                <w:rPr>
                  <w:color w:val="0563C1"/>
                  <w:u w:val="single"/>
                </w:rPr>
                <w:t>Visit of</w:t>
              </w:r>
              <w:r>
                <w:rPr>
                  <w:color w:val="0563C1"/>
                  <w:u w:val="single"/>
                </w:rPr>
                <w:t>f</w:t>
              </w:r>
              <w:r>
                <w:rPr>
                  <w:color w:val="0563C1"/>
                  <w:u w:val="single"/>
                </w:rPr>
                <w:t>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Connecticut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Connecticut Department of Public Health - Professional Counselor Licensure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4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Delaware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Delaware Division of Professional Regulation - Board of Mental Health and Chemical Dependency Professionals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5">
              <w:r>
                <w:rPr>
                  <w:color w:val="0563C1"/>
                  <w:u w:val="single"/>
                </w:rPr>
                <w:t>Visit official web</w:t>
              </w:r>
              <w:r>
                <w:rPr>
                  <w:color w:val="0563C1"/>
                  <w:u w:val="single"/>
                </w:rPr>
                <w:t>s</w:t>
              </w:r>
              <w:r>
                <w:rPr>
                  <w:color w:val="0563C1"/>
                  <w:u w:val="single"/>
                </w:rPr>
                <w:t>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Florida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Florida Board of Clinical Social Work, Marriage &amp; Family Therapy and Mental Health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6">
              <w:r>
                <w:rPr>
                  <w:color w:val="0563C1"/>
                  <w:u w:val="single"/>
                </w:rPr>
                <w:t>Visit offi</w:t>
              </w:r>
              <w:r>
                <w:rPr>
                  <w:color w:val="0563C1"/>
                  <w:u w:val="single"/>
                </w:rPr>
                <w:t>c</w:t>
              </w:r>
              <w:r>
                <w:rPr>
                  <w:color w:val="0563C1"/>
                  <w:u w:val="single"/>
                </w:rPr>
                <w:t>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Georgia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Georgia Board of Professional Counselors, Social Workers and Marriage and Family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7">
              <w:r>
                <w:rPr>
                  <w:color w:val="0563C1"/>
                  <w:u w:val="single"/>
                </w:rPr>
                <w:t>Visit offi</w:t>
              </w:r>
              <w:r>
                <w:rPr>
                  <w:color w:val="0563C1"/>
                  <w:u w:val="single"/>
                </w:rPr>
                <w:t>c</w:t>
              </w:r>
              <w:r>
                <w:rPr>
                  <w:color w:val="0563C1"/>
                  <w:u w:val="single"/>
                </w:rPr>
                <w:t>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Hawaii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Hawaii Department of Commerce and Consumer Affairs - Mental Health Counselor Program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8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Idaho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Idaho Board of Professional Counselors and Marriage &amp; Family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19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Illinois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Illinois Department of Financial and Professional Regulation - Professional Counselor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0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Indiana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Indiana Professional Licensing Agency - Behavioral Health and Human Services Licensing Board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1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Iowa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Iowa Board of Behavioral Health Professionals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2">
              <w:r>
                <w:rPr>
                  <w:color w:val="0563C1"/>
                  <w:u w:val="single"/>
                </w:rPr>
                <w:t>Visit offi</w:t>
              </w:r>
              <w:r>
                <w:rPr>
                  <w:color w:val="0563C1"/>
                  <w:u w:val="single"/>
                </w:rPr>
                <w:t>c</w:t>
              </w:r>
              <w:r>
                <w:rPr>
                  <w:color w:val="0563C1"/>
                  <w:u w:val="single"/>
                </w:rPr>
                <w:t>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Kansas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Kansas Behavioral Sciences Regulatory Board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3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Kentucky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Kentucky Board of Licensed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4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Louisiana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Louisiana Licensed Professional Counselors Board of Examiners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5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Maine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Maine Board of Counseling Professionals Licensure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6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Maryland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Maryland Board of Professional Counselors and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7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Massachusetts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Massachusetts Board of Registration of Allied Mental Health and Human Services Professions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8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Michigan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Michigan Board of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29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Minnesota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Minnesota Board of Behavioral Health &amp; Therapy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0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Mississippi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Mississippi State Board of Examiners for Licensed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1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Missouri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Missouri Committee for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2">
              <w:r>
                <w:rPr>
                  <w:color w:val="0563C1"/>
                  <w:u w:val="single"/>
                </w:rPr>
                <w:t>Vis</w:t>
              </w:r>
              <w:r>
                <w:rPr>
                  <w:color w:val="0563C1"/>
                  <w:u w:val="single"/>
                </w:rPr>
                <w:t>i</w:t>
              </w:r>
              <w:r>
                <w:rPr>
                  <w:color w:val="0563C1"/>
                  <w:u w:val="single"/>
                </w:rPr>
                <w:t>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Montana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Montana Board of Behavioral Health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3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Nebraska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Nebraska Department of Health and Human Services - Mental Health and Social Work Practice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4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Nevada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Nevada Board of Examiners for Marriage and Family Therapists &amp; Clinical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5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New Hampshire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New Hampshire Office of Professional Licensure &amp; Certification - Board of Mental Health Practice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6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New Jersey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New Jersey Professional Counselor Examiners Committee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7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New Mexico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New Mexico Counseling and Therapy Practice Board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8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New York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New York State Education Department - Mental Health Practitioners, Mental Health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39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North Carolina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North Carolina Board of Licensed Clinical Mental Health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0">
              <w:r>
                <w:rPr>
                  <w:color w:val="0563C1"/>
                  <w:u w:val="single"/>
                </w:rPr>
                <w:t>Visit</w:t>
              </w:r>
              <w:r>
                <w:rPr>
                  <w:color w:val="0563C1"/>
                  <w:u w:val="single"/>
                </w:rPr>
                <w:t xml:space="preserve"> </w:t>
              </w:r>
              <w:r>
                <w:rPr>
                  <w:color w:val="0563C1"/>
                  <w:u w:val="single"/>
                </w:rPr>
                <w:t>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North Dakota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North Dakota Board of Counselor Examiners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1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Ohio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Ohio Counselor, Social Worker and Marriage and Family Therapist Board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2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Oklahoma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Oklahoma State Board of Behavioral Health Licensure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3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Oregon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Oregon Board of Licensed Professional Counselors &amp;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4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Pennsylvania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Pennsylvania State Board of Social Workers, Marriage and Family Therapists and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5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lastRenderedPageBreak/>
              <w:t>Rhode Island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Rhode Island Board of Mental Health Counselors and Marriage &amp; Family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6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South Carolina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South Carolina Board of Examiners for Licensure of Professional Counselors, Marriage and Family Therapists, Addiction Counselors and Psycho-Educational Specialists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7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South Dakota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South Dakota Board of Examiners for Counselors &amp; Marriage and Family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8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Tennessee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Tennessee Board for Licensed Professional Counselors, Licensed Marital and Family Therapists and Licensed Clinical Pastoral Therapists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49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Texas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Texas State Board of Examiners of Professional Counselors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0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Utah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Utah Division of Professional Licensing - Clinical Mental Health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1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Vermont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Vermont Office of Professional Regulation - Allied Mental Health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2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Virginia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Virginia Board of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3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Washington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Washington State Department of Health - Mental Health Counselor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4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Washington, DC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DC Board of Professional Counseling / DC Health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5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West Virginia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West Virginia Board of Examiners in Counseling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6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Wisconsin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Wisconsin Examining Board of Marriage &amp; Family Therapists, Professional Counselors and Social Workers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7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  <w:tr w:rsidR="00EC14D9">
        <w:trPr>
          <w:jc w:val="center"/>
        </w:trPr>
        <w:tc>
          <w:tcPr>
            <w:tcW w:w="1800" w:type="dxa"/>
            <w:vAlign w:val="center"/>
          </w:tcPr>
          <w:p w:rsidR="00EC14D9" w:rsidRDefault="00000000">
            <w:r>
              <w:rPr>
                <w:sz w:val="17"/>
              </w:rPr>
              <w:t>Wyoming</w:t>
            </w:r>
          </w:p>
        </w:tc>
        <w:tc>
          <w:tcPr>
            <w:tcW w:w="6840" w:type="dxa"/>
            <w:vAlign w:val="center"/>
          </w:tcPr>
          <w:p w:rsidR="00EC14D9" w:rsidRDefault="00000000">
            <w:r>
              <w:rPr>
                <w:sz w:val="17"/>
              </w:rPr>
              <w:t>Wyoming Mental Health Professions Licensing Board</w:t>
            </w:r>
          </w:p>
        </w:tc>
        <w:tc>
          <w:tcPr>
            <w:tcW w:w="2088" w:type="dxa"/>
            <w:vAlign w:val="center"/>
          </w:tcPr>
          <w:p w:rsidR="00EC14D9" w:rsidRDefault="00000000">
            <w:hyperlink r:id="rId58">
              <w:r>
                <w:rPr>
                  <w:color w:val="0563C1"/>
                  <w:u w:val="single"/>
                </w:rPr>
                <w:t>Visit official website</w:t>
              </w:r>
            </w:hyperlink>
          </w:p>
        </w:tc>
      </w:tr>
    </w:tbl>
    <w:p w:rsidR="00EC14D9" w:rsidRDefault="00EC14D9"/>
    <w:sectPr w:rsidR="00EC14D9" w:rsidSect="00034616">
      <w:footerReference w:type="default" r:id="rId59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6964" w:rsidRDefault="00DC6964">
      <w:pPr>
        <w:spacing w:after="0" w:line="240" w:lineRule="auto"/>
      </w:pPr>
      <w:r>
        <w:separator/>
      </w:r>
    </w:p>
  </w:endnote>
  <w:endnote w:type="continuationSeparator" w:id="0">
    <w:p w:rsidR="00DC6964" w:rsidRDefault="00DC6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14D9" w:rsidRDefault="00000000">
    <w:pPr>
      <w:pStyle w:val="Footer"/>
      <w:jc w:val="center"/>
    </w:pPr>
    <w:r>
      <w:rPr>
        <w:sz w:val="16"/>
      </w:rPr>
      <w:t>The Emerging Therapist | State Licensing Board Directory | Updated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6964" w:rsidRDefault="00DC6964">
      <w:pPr>
        <w:spacing w:after="0" w:line="240" w:lineRule="auto"/>
      </w:pPr>
      <w:r>
        <w:separator/>
      </w:r>
    </w:p>
  </w:footnote>
  <w:footnote w:type="continuationSeparator" w:id="0">
    <w:p w:rsidR="00DC6964" w:rsidRDefault="00DC6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445785">
    <w:abstractNumId w:val="8"/>
  </w:num>
  <w:num w:numId="2" w16cid:durableId="1738628622">
    <w:abstractNumId w:val="6"/>
  </w:num>
  <w:num w:numId="3" w16cid:durableId="83765741">
    <w:abstractNumId w:val="5"/>
  </w:num>
  <w:num w:numId="4" w16cid:durableId="1458986973">
    <w:abstractNumId w:val="4"/>
  </w:num>
  <w:num w:numId="5" w16cid:durableId="739983830">
    <w:abstractNumId w:val="7"/>
  </w:num>
  <w:num w:numId="6" w16cid:durableId="1332759469">
    <w:abstractNumId w:val="3"/>
  </w:num>
  <w:num w:numId="7" w16cid:durableId="863205854">
    <w:abstractNumId w:val="2"/>
  </w:num>
  <w:num w:numId="8" w16cid:durableId="780878786">
    <w:abstractNumId w:val="1"/>
  </w:num>
  <w:num w:numId="9" w16cid:durableId="100428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3002"/>
    <w:rsid w:val="00AA1D8D"/>
    <w:rsid w:val="00B47730"/>
    <w:rsid w:val="00CB0664"/>
    <w:rsid w:val="00DC6964"/>
    <w:rsid w:val="00EC14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C56AC0"/>
  <w14:defaultImageDpi w14:val="300"/>
  <w15:docId w15:val="{1AAAD9E0-DC66-5B4F-9690-25CEF00A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po.colorado.gov/ProfessionalCounselor" TargetMode="External"/><Relationship Id="rId18" Type="http://schemas.openxmlformats.org/officeDocument/2006/relationships/hyperlink" Target="https://cca.hawaii.gov/pvl/programs/mental/" TargetMode="External"/><Relationship Id="rId26" Type="http://schemas.openxmlformats.org/officeDocument/2006/relationships/hyperlink" Target="https://www.maine.gov/pfr/professionallicensing/professions/board-of-counseling-professionals-licensure" TargetMode="External"/><Relationship Id="rId39" Type="http://schemas.openxmlformats.org/officeDocument/2006/relationships/hyperlink" Target="https://www.op.nysed.gov/professions/mental-health-counselors" TargetMode="External"/><Relationship Id="rId21" Type="http://schemas.openxmlformats.org/officeDocument/2006/relationships/hyperlink" Target="https://www.in.gov/pla/professions/behavioral-health-and-human-services/" TargetMode="External"/><Relationship Id="rId34" Type="http://schemas.openxmlformats.org/officeDocument/2006/relationships/hyperlink" Target="https://dhhs.ne.gov/licensure/Pages/Mental-Health-and-Social-Work-Practice.aspx" TargetMode="External"/><Relationship Id="rId42" Type="http://schemas.openxmlformats.org/officeDocument/2006/relationships/hyperlink" Target="https://cswmft.ohio.gov/home" TargetMode="External"/><Relationship Id="rId47" Type="http://schemas.openxmlformats.org/officeDocument/2006/relationships/hyperlink" Target="https://llr.sc.gov/cou/" TargetMode="External"/><Relationship Id="rId50" Type="http://schemas.openxmlformats.org/officeDocument/2006/relationships/hyperlink" Target="https://www.bhec.texas.gov/texas-state-board-of-examiners-of-professional-counselors/index.html" TargetMode="External"/><Relationship Id="rId55" Type="http://schemas.openxmlformats.org/officeDocument/2006/relationships/hyperlink" Target="https://dchealth.dc.gov/node/160062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floridasmentalhealthprofessions.gov/" TargetMode="External"/><Relationship Id="rId29" Type="http://schemas.openxmlformats.org/officeDocument/2006/relationships/hyperlink" Target="https://www.michigan.gov/lara/bureau-list/bpl/health/hp-lic-health-prof/counseling" TargetMode="External"/><Relationship Id="rId11" Type="http://schemas.openxmlformats.org/officeDocument/2006/relationships/hyperlink" Target="https://www.healthy.arkansas.gov/programs-services/topics/arkansas-state-board-of-examiners-in-counseling" TargetMode="External"/><Relationship Id="rId24" Type="http://schemas.openxmlformats.org/officeDocument/2006/relationships/hyperlink" Target="https://lpc.ky.gov/" TargetMode="External"/><Relationship Id="rId32" Type="http://schemas.openxmlformats.org/officeDocument/2006/relationships/hyperlink" Target="https://pr.mo.gov/counselors.asp" TargetMode="External"/><Relationship Id="rId37" Type="http://schemas.openxmlformats.org/officeDocument/2006/relationships/hyperlink" Target="https://www.njconsumeraffairs.gov/pc/Pages/default.aspx" TargetMode="External"/><Relationship Id="rId40" Type="http://schemas.openxmlformats.org/officeDocument/2006/relationships/hyperlink" Target="https://ncblcmhc.org/" TargetMode="External"/><Relationship Id="rId45" Type="http://schemas.openxmlformats.org/officeDocument/2006/relationships/hyperlink" Target="https://www.pa.gov/agencies/dos/department-and-offices/bpoa/boards-commissions/social-workers-marriage-family-therapists-professional-counselors.html" TargetMode="External"/><Relationship Id="rId53" Type="http://schemas.openxmlformats.org/officeDocument/2006/relationships/hyperlink" Target="https://www.dhp.virginia.gov/Boards/Counseling/" TargetMode="External"/><Relationship Id="rId58" Type="http://schemas.openxmlformats.org/officeDocument/2006/relationships/hyperlink" Target="https://mentalhealth.wyo.gov/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dopl.idaho.gov/cou/" TargetMode="External"/><Relationship Id="rId14" Type="http://schemas.openxmlformats.org/officeDocument/2006/relationships/hyperlink" Target="https://portal.ct.gov/dph/practitioner-licensing--investigations/professional-counselor/professional-counselor-licensing" TargetMode="External"/><Relationship Id="rId22" Type="http://schemas.openxmlformats.org/officeDocument/2006/relationships/hyperlink" Target="https://dial.iowa.gov/licenses/medical/mental-health/mental-behavioral" TargetMode="External"/><Relationship Id="rId27" Type="http://schemas.openxmlformats.org/officeDocument/2006/relationships/hyperlink" Target="https://health.maryland.gov/bopc/Pages/index.aspx" TargetMode="External"/><Relationship Id="rId30" Type="http://schemas.openxmlformats.org/officeDocument/2006/relationships/hyperlink" Target="https://mn.gov/boards/behavioral-health/" TargetMode="External"/><Relationship Id="rId35" Type="http://schemas.openxmlformats.org/officeDocument/2006/relationships/hyperlink" Target="https://marriage.nv.gov/" TargetMode="External"/><Relationship Id="rId43" Type="http://schemas.openxmlformats.org/officeDocument/2006/relationships/hyperlink" Target="https://oklahoma.gov/behavioralhealth.html" TargetMode="External"/><Relationship Id="rId48" Type="http://schemas.openxmlformats.org/officeDocument/2006/relationships/hyperlink" Target="https://dss.sd.gov/licensingboards/counselors/counselors.aspx" TargetMode="External"/><Relationship Id="rId56" Type="http://schemas.openxmlformats.org/officeDocument/2006/relationships/hyperlink" Target="https://wvbec.org/" TargetMode="External"/><Relationship Id="rId8" Type="http://schemas.openxmlformats.org/officeDocument/2006/relationships/hyperlink" Target="https://abec.alabama.gov/" TargetMode="External"/><Relationship Id="rId51" Type="http://schemas.openxmlformats.org/officeDocument/2006/relationships/hyperlink" Target="https://commerce.utah.gov/dopl/clinical-mental-health-counseling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bbs.ca.gov/" TargetMode="External"/><Relationship Id="rId17" Type="http://schemas.openxmlformats.org/officeDocument/2006/relationships/hyperlink" Target="https://sos.ga.gov/board-professional-counselors-social-workers-and-marriage-family-therapists" TargetMode="External"/><Relationship Id="rId25" Type="http://schemas.openxmlformats.org/officeDocument/2006/relationships/hyperlink" Target="https://www.lpcboard.org/" TargetMode="External"/><Relationship Id="rId33" Type="http://schemas.openxmlformats.org/officeDocument/2006/relationships/hyperlink" Target="https://boards.bsd.dli.mt.gov/behavioral-health/" TargetMode="External"/><Relationship Id="rId38" Type="http://schemas.openxmlformats.org/officeDocument/2006/relationships/hyperlink" Target="https://www.rld.nm.gov/boards-and-commissions/individual-boards-and-commissions/counseling-and-therapy-practice/" TargetMode="External"/><Relationship Id="rId46" Type="http://schemas.openxmlformats.org/officeDocument/2006/relationships/hyperlink" Target="https://health.ri.gov/licensing/marriage-family-and-mental-health-therapy" TargetMode="External"/><Relationship Id="rId59" Type="http://schemas.openxmlformats.org/officeDocument/2006/relationships/footer" Target="footer1.xml"/><Relationship Id="rId20" Type="http://schemas.openxmlformats.org/officeDocument/2006/relationships/hyperlink" Target="https://idfpr.illinois.gov/profs/profcounselor.html" TargetMode="External"/><Relationship Id="rId41" Type="http://schemas.openxmlformats.org/officeDocument/2006/relationships/hyperlink" Target="http://www.ndbce.org/" TargetMode="External"/><Relationship Id="rId54" Type="http://schemas.openxmlformats.org/officeDocument/2006/relationships/hyperlink" Target="https://doh.wa.gov/licenses-permits-and-certificates/professions-new-renew-or-update/mental-health-counselo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pr.delaware.gov/boards/profcounselors/" TargetMode="External"/><Relationship Id="rId23" Type="http://schemas.openxmlformats.org/officeDocument/2006/relationships/hyperlink" Target="https://www.ksbsrb.ks.gov/professions/professional-counselors" TargetMode="External"/><Relationship Id="rId28" Type="http://schemas.openxmlformats.org/officeDocument/2006/relationships/hyperlink" Target="https://www.mass.gov/orgs/board-of-registration-of-allied-mental-health-and-human-services-professions" TargetMode="External"/><Relationship Id="rId36" Type="http://schemas.openxmlformats.org/officeDocument/2006/relationships/hyperlink" Target="https://www.oplc.nh.gov/board-mental-health-practice" TargetMode="External"/><Relationship Id="rId49" Type="http://schemas.openxmlformats.org/officeDocument/2006/relationships/hyperlink" Target="https://www.tn.gov/health/health-program-areas/health-professional-boards/pcmft-board.html" TargetMode="External"/><Relationship Id="rId57" Type="http://schemas.openxmlformats.org/officeDocument/2006/relationships/hyperlink" Target="https://dsps.wi.gov/Pages/BoardsCouncils/MPSW/PC/Default.aspx" TargetMode="External"/><Relationship Id="rId10" Type="http://schemas.openxmlformats.org/officeDocument/2006/relationships/hyperlink" Target="https://www.azbbhe.us/" TargetMode="External"/><Relationship Id="rId31" Type="http://schemas.openxmlformats.org/officeDocument/2006/relationships/hyperlink" Target="https://www.msblpc.org/" TargetMode="External"/><Relationship Id="rId44" Type="http://schemas.openxmlformats.org/officeDocument/2006/relationships/hyperlink" Target="https://www.oregon.gov/oblpct/Pages/index.aspx" TargetMode="External"/><Relationship Id="rId52" Type="http://schemas.openxmlformats.org/officeDocument/2006/relationships/hyperlink" Target="https://sos.vermont.gov/allied-mental-health/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mmerce.alaska.gov/web/cbpl/ProfessionalLicensing/ProfessionalCounselors/ApplicationsForm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2026-09-24T15:31:00Z</dcterms:created>
  <dcterms:modified xsi:type="dcterms:W3CDTF">2026-09-24T15:31:00Z</dcterms:modified>
  <cp:category/>
</cp:coreProperties>
</file>